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증 인 신 청 서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</w:r>
    </w:p>
    <w:p>
      <w:r>
        <w:rPr>
          <w:b w:val="0"/>
        </w:rPr>
        <w:t>위 사건에 관하여 원고는 주장 사실을 증명하기 위하여 다음과 같이 증인을 신청합니다.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다    음</w:t>
      </w:r>
    </w:p>
    <w:p>
      <w:r>
        <w:rPr>
          <w:b w:val="0"/>
        </w:rPr>
        <w:t>1. 증인의 표시</w:t>
      </w:r>
    </w:p>
    <w:p>
      <w:r>
        <w:rPr>
          <w:b w:val="0"/>
        </w:rPr>
        <w:t>성명: 이영희</w:t>
      </w:r>
    </w:p>
    <w:p>
      <w:r>
        <w:rPr>
          <w:b w:val="0"/>
        </w:rPr>
        <w:t>주소: 서울 ○○구 ○○로 00</w:t>
      </w:r>
    </w:p>
    <w:p>
      <w:r>
        <w:rPr>
          <w:b w:val="0"/>
        </w:rPr>
        <w:t>전화: 010-0000-0000</w:t>
      </w:r>
    </w:p>
    <w:p>
      <w:r>
        <w:rPr>
          <w:b w:val="0"/>
        </w:rPr>
        <w:t>원고·피고와의 관계: 원고의 직장 동료, 피고와는 친구 사이</w:t>
      </w:r>
    </w:p>
    <w:p>
      <w:r>
        <w:rPr>
          <w:b w:val="0"/>
        </w:rPr>
      </w:r>
    </w:p>
    <w:p>
      <w:r>
        <w:rPr>
          <w:b w:val="0"/>
        </w:rPr>
        <w:t>2. 증명할 사실</w:t>
      </w:r>
    </w:p>
    <w:p>
      <w:r>
        <w:rPr>
          <w:b w:val="0"/>
        </w:rPr>
        <w:t>2025. 3. 2. 원고가 피고에게 돈을 빌려줄 때 증인이 그 자리에 함께 있었고, 피고가 "6개월 안에 갚겠다"고 말한 사실</w:t>
      </w:r>
    </w:p>
    <w:p>
      <w:r>
        <w:rPr>
          <w:b w:val="0"/>
        </w:rPr>
      </w:r>
    </w:p>
    <w:p>
      <w:r>
        <w:rPr>
          <w:b w:val="0"/>
        </w:rPr>
        <w:t>3. 신문할 사항의 요지</w:t>
      </w:r>
    </w:p>
    <w:p>
      <w:r>
        <w:rPr>
          <w:b w:val="0"/>
        </w:rPr>
        <w:t>가. 증인과 원고·피고의 관계</w:t>
      </w:r>
    </w:p>
    <w:p>
      <w:r>
        <w:rPr>
          <w:b w:val="0"/>
        </w:rPr>
        <w:t>나. 2025. 3. 2. 만남의 경위와 장소</w:t>
      </w:r>
    </w:p>
    <w:p>
      <w:r>
        <w:rPr>
          <w:b w:val="0"/>
        </w:rPr>
        <w:t>다. 피고가 돈을 빌리면서 한 말과 변제 약속의 내용</w:t>
      </w:r>
    </w:p>
    <w:p>
      <w:r>
        <w:rPr>
          <w:b w:val="0"/>
        </w:rPr>
      </w:r>
    </w:p>
    <w:p>
      <w:r>
        <w:rPr>
          <w:b w:val="0"/>
        </w:rPr>
        <w:t>4. 증인 출석 방법</w:t>
      </w:r>
    </w:p>
    <w:p>
      <w:r>
        <w:rPr>
          <w:b w:val="0"/>
        </w:rPr>
        <w:t>신청인이 대동함 / 법원의 소환을 원함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증인신청서</dc:title>
  <dc:subject/>
  <dc:creator>로페이퍼(LawPaper)</dc:creator>
  <cp:keywords/>
  <dc:description>로페이퍼 서식 – https://lawpaper.co.kr/forms/witness/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