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협의이혼의사확인신청서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당사자</w:t>
      </w:r>
    </w:p>
    <w:p>
      <w:r>
        <w:rPr>
          <w:b w:val="0"/>
        </w:rPr>
        <w:t>부  성명  주민등록번호  주소  등록기준지  전화</w:t>
      </w:r>
    </w:p>
    <w:p>
      <w:r>
        <w:rPr>
          <w:b w:val="0"/>
        </w:rPr>
        <w:t>처  성명  주민등록번호  주소  등록기준지  전화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신청 취지</w:t>
      </w:r>
    </w:p>
    <w:p>
      <w:r>
        <w:rPr>
          <w:b w:val="0"/>
        </w:rPr>
        <w:t>위 당사자 사이에는 진의에 따라 서로 이혼하기로 합의하였다.</w:t>
      </w:r>
    </w:p>
    <w:p>
      <w:r>
        <w:rPr>
          <w:b w:val="0"/>
        </w:rPr>
        <w:t>위와 같이 이혼의사가 확인되었다.</w:t>
      </w:r>
    </w:p>
    <w:p>
      <w:r>
        <w:rPr>
          <w:b w:val="0"/>
        </w:rPr>
        <w:t>라는 확인을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미성년 자녀 유무</w:t>
      </w:r>
    </w:p>
    <w:p>
      <w:r>
        <w:rPr>
          <w:b w:val="0"/>
        </w:rPr>
        <w:t>있음(임신 중 포함) / 없음</w:t>
      </w:r>
    </w:p>
    <w:p>
      <w:r>
        <w:rPr>
          <w:b w:val="0"/>
        </w:rPr>
        <w:t>자녀 성명과 주민등록번호  성명, 생년월일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첨부서류</w:t>
      </w:r>
    </w:p>
    <w:p>
      <w:r>
        <w:rPr>
          <w:b w:val="0"/>
        </w:rPr>
        <w:t>1. 남편의 가족관계증명서, 혼인관계증명서    각 1통</w:t>
      </w:r>
    </w:p>
    <w:p>
      <w:r>
        <w:rPr>
          <w:b w:val="0"/>
        </w:rPr>
        <w:t>2. 아내의 가족관계증명서, 혼인관계증명서    각 1통</w:t>
      </w:r>
    </w:p>
    <w:p>
      <w:r>
        <w:rPr>
          <w:b w:val="0"/>
        </w:rPr>
        <w:t>3. 자녀 양육과 친권자결정에 관한 협의서     1통(해당 시)</w:t>
      </w:r>
    </w:p>
    <w:p>
      <w:r>
        <w:rPr>
          <w:b w:val="0"/>
        </w:rPr>
        <w:t>4. 주민등록등본(주소지 관할 법원에 낼 때)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신청인  부 성명 (서명 또는 날인)   처 성명 (서명 또는 날인)</w:t>
      </w:r>
    </w:p>
    <w:p>
      <w:r>
        <w:rPr>
          <w:b w:val="0"/>
        </w:rPr>
      </w:r>
    </w:p>
    <w:p>
      <w:r>
        <w:rPr>
          <w:b w:val="0"/>
        </w:rPr>
        <w:t>○○가정법원 귀중</w:t>
      </w:r>
    </w:p>
    <w:p>
      <w:r>
        <w:rPr>
          <w:b w:val="0"/>
        </w:rPr>
      </w:r>
    </w:p>
    <w:p>
      <w:r>
        <w:rPr>
          <w:b w:val="0"/>
        </w:rPr>
        <w:t>※ 법원 접수용 공식 양식(미성년 자녀가 있는 경우/없는 경우)을 전자소송포털 양식모음에서 내려받아 위 항목을 옮겨 적으세요.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협의이혼의사확인신청서</dc:title>
  <dc:subject/>
  <dc:creator>로페이퍼(LawPaper)</dc:creator>
  <cp:keywords/>
  <dc:description>로페이퍼 서식 – https://lawpaper.co.kr/forms/divorce-agreement/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