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고  소  장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1. 고소인</w:t>
      </w:r>
    </w:p>
    <w:p>
      <w:r>
        <w:rPr>
          <w:b w:val="0"/>
        </w:rPr>
        <w:t>성명  홍길동          주민등록번호  000000-0******</w:t>
      </w:r>
    </w:p>
    <w:p>
      <w:r>
        <w:rPr>
          <w:b w:val="0"/>
        </w:rPr>
        <w:t>주소  서울 ○○구 ○○로 00</w:t>
      </w:r>
    </w:p>
    <w:p>
      <w:r>
        <w:rPr>
          <w:b w:val="0"/>
        </w:rPr>
        <w:t>전화  010-0000-0000   이메일 abc@example.com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2. 피고소인</w:t>
      </w:r>
    </w:p>
    <w:p>
      <w:r>
        <w:rPr>
          <w:b w:val="0"/>
        </w:rPr>
        <w:t>성명  성명불상</w:t>
      </w:r>
    </w:p>
    <w:p>
      <w:r>
        <w:rPr>
          <w:b w:val="0"/>
        </w:rPr>
        <w:t>연락처  010-0000-0000</w:t>
      </w:r>
    </w:p>
    <w:p>
      <w:r>
        <w:rPr>
          <w:b w:val="0"/>
        </w:rPr>
        <w:t>기타  ○○은행 000-0000-0000 예금주 ○○○ / 중고거래 앱 닉네임 '○○○'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3. 고소취지</w:t>
      </w:r>
    </w:p>
    <w:p>
      <w:r>
        <w:rPr>
          <w:b w:val="0"/>
        </w:rPr>
        <w:t>고소인은 피고소인을 사기죄로 고소하오니 처벌하여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4. 범죄사실</w:t>
      </w:r>
    </w:p>
    <w:p>
      <w:r>
        <w:rPr>
          <w:b w:val="0"/>
        </w:rPr>
        <w:t>피고소인은 2026. 9. 2. 중고거래 앱 '○○'에 노트북을 판매한다는 글을 올리고, 이를 보고 연락한 고소인에게 "입금하면 바로 택배로 보내 주겠다"고 거짓말하였다.</w:t>
      </w:r>
    </w:p>
    <w:p>
      <w:r>
        <w:rPr>
          <w:b w:val="0"/>
        </w:rPr>
        <w:t>그러나 사실 피고소인은 노트북을 가지고 있지 않았고, 대금을 받더라도 물건을 보낼 의사나 능력이 없었다.</w:t>
      </w:r>
    </w:p>
    <w:p>
      <w:r>
        <w:rPr>
          <w:b w:val="0"/>
        </w:rPr>
        <w:t>피고소인은 이와 같이 고소인을 속여 이에 속은 고소인으로부터 같은 날 14:20경 위 계좌로 800,000원을 송금받아 이를 가로챘다.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5. 고소이유</w:t>
      </w:r>
    </w:p>
    <w:p>
      <w:r>
        <w:rPr>
          <w:b w:val="0"/>
        </w:rPr>
        <w:t>고소인은 송금 후 피고소인에게 여러 차례 배송을 요청하였으나 피고소인은 "내일 보낸다"는 말만 반복하다가 2026. 9. 5.부터 연락을 끊고 판매글을 삭제하였습니다. 같은 계좌로 다른 피해자들도 있는 것으로 보입니다. 피고소인을 엄히 처벌하여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6. 증거자료</w:t>
      </w:r>
    </w:p>
    <w:p>
      <w:r>
        <w:rPr>
          <w:b w:val="0"/>
        </w:rPr>
        <w:t>1. 판매글 캡처</w:t>
      </w:r>
    </w:p>
    <w:p>
      <w:r>
        <w:rPr>
          <w:b w:val="0"/>
        </w:rPr>
        <w:t>2. 피고소인과 주고받은 대화 캡처</w:t>
      </w:r>
    </w:p>
    <w:p>
      <w:r>
        <w:rPr>
          <w:b w:val="0"/>
        </w:rPr>
        <w:t>3. 계좌이체 확인증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7. 관련사건의 수사 및 재판 여부</w:t>
      </w:r>
    </w:p>
    <w:p>
      <w:r>
        <w:rPr>
          <w:b w:val="0"/>
        </w:rPr>
        <w:t>① 중복 고소 여부: 이 고소장과 같은 내용의 고소장을 다른 수사기관에 제출한 사실이 없습니다</w:t>
      </w:r>
    </w:p>
    <w:p>
      <w:r>
        <w:rPr>
          <w:b w:val="0"/>
        </w:rPr>
        <w:t>② 관련 형사사건 수사 유무: 이 고소장에 기재된 범죄사실과 관련된 사건으로 수사 중인 사건이 없습니다</w:t>
      </w:r>
    </w:p>
    <w:p>
      <w:r>
        <w:rPr>
          <w:b w:val="0"/>
        </w:rPr>
        <w:t>③ 관련 민사소송 유무: 이 고소장에 기재된 범죄사실과 관련된 민사소송이 없습니다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8. 기타</w:t>
      </w:r>
    </w:p>
    <w:p>
      <w:r>
        <w:rPr>
          <w:b w:val="0"/>
        </w:rPr>
        <w:t>본 고소장에 기재한 내용은 고소인이 알고 있는 지식과 경험을 바탕으로 모두 사실대로 작성하였으며, 만일 허위사실을 고소하였을 때에는 형법 제156조 무고죄로 처벌받을 것임을 서약합니다.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고소인  홍길동  (서명 또는 날인)</w:t>
      </w:r>
    </w:p>
    <w:p>
      <w:r>
        <w:rPr>
          <w:b w:val="0"/>
        </w:rPr>
      </w:r>
    </w:p>
    <w:p>
      <w:r>
        <w:rPr>
          <w:b w:val="0"/>
        </w:rPr>
        <w:t>○○경찰서장 귀하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고소장</dc:title>
  <dc:subject/>
  <dc:creator>로페이퍼(LawPaper)</dc:creator>
  <cp:keywords/>
  <dc:description>로페이퍼 서식 – https://lawpaper.co.kr/forms/criminal-complaint/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