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내 용 증 명</w:t>
      </w:r>
    </w:p>
    <w:p>
      <w:r>
        <w:rPr>
          <w:b w:val="0"/>
        </w:rPr>
      </w:r>
    </w:p>
    <w:p>
      <w:r>
        <w:rPr>
          <w:b w:val="0"/>
        </w:rPr>
        <w:t>받는 사람  김철수</w:t>
      </w:r>
    </w:p>
    <w:p>
      <w:r>
        <w:rPr>
          <w:b w:val="0"/>
        </w:rPr>
        <w:t xml:space="preserve">          주소</w:t>
      </w:r>
    </w:p>
    <w:p>
      <w:r>
        <w:rPr>
          <w:b w:val="0"/>
        </w:rPr>
        <w:t>보내는 사람 홍길동</w:t>
      </w:r>
    </w:p>
    <w:p>
      <w:r>
        <w:rPr>
          <w:b w:val="0"/>
        </w:rPr>
        <w:t xml:space="preserve">          주소  전화 010-0000-0000</w:t>
      </w:r>
    </w:p>
    <w:p>
      <w:r>
        <w:rPr>
          <w:b w:val="0"/>
        </w:rPr>
      </w:r>
    </w:p>
    <w:p>
      <w:r>
        <w:rPr>
          <w:b w:val="0"/>
        </w:rPr>
        <w:t>제    목  대여금 반환 요청</w:t>
      </w:r>
    </w:p>
    <w:p>
      <w:r>
        <w:rPr>
          <w:b w:val="0"/>
        </w:rPr>
      </w:r>
    </w:p>
    <w:p>
      <w:r>
        <w:rPr>
          <w:b w:val="0"/>
        </w:rPr>
        <w:t>1. 귀하의 건강과 평안을 바랍니다.</w:t>
      </w:r>
    </w:p>
    <w:p>
      <w:r>
        <w:rPr>
          <w:b w:val="0"/>
        </w:rPr>
      </w:r>
    </w:p>
    <w:p>
      <w:r>
        <w:rPr>
          <w:b w:val="0"/>
        </w:rPr>
        <w:t>2. 본인은 2025. 3. 2. 귀하에게 10,000,000원을 변제기 2025. 9. 1.로 정하여 빌려드렸습니다(차용증 및 계좌이체 내역 보관 중).</w:t>
      </w:r>
    </w:p>
    <w:p>
      <w:r>
        <w:rPr>
          <w:b w:val="0"/>
        </w:rPr>
      </w:r>
    </w:p>
    <w:p>
      <w:r>
        <w:rPr>
          <w:b w:val="0"/>
        </w:rPr>
        <w:t>3. 그러나 귀하는 변제기가 지난 지금까지 위 돈을 갚지 않고 있고, 본인의 여러 차례 연락에도 구체적인 변제 계획을 알려 주지 않고 있습니다.</w:t>
      </w:r>
    </w:p>
    <w:p>
      <w:r>
        <w:rPr>
          <w:b w:val="0"/>
        </w:rPr>
      </w:r>
    </w:p>
    <w:p>
      <w:r>
        <w:rPr>
          <w:b w:val="0"/>
        </w:rPr>
        <w:t>4. 이에 본인은 귀하에게 2026. ○. ○.까지 원금 10,000,000원과 변제기 다음 날부터 갚는 날까지 연 5%의 비율로 계산한 지연손해금을 아래 계좌로 지급해 줄 것을 요청합니다.</w:t>
      </w:r>
    </w:p>
    <w:p>
      <w:r>
        <w:rPr>
          <w:b w:val="0"/>
        </w:rPr>
        <w:t xml:space="preserve">   ○○은행 000-000-000000 예금주 홍길동</w:t>
      </w:r>
    </w:p>
    <w:p>
      <w:r>
        <w:rPr>
          <w:b w:val="0"/>
        </w:rPr>
      </w:r>
    </w:p>
    <w:p>
      <w:r>
        <w:rPr>
          <w:b w:val="0"/>
        </w:rPr>
        <w:t>5. 위 기한까지 지급이 없으면 부득이 지급명령 신청 등 법적 절차를 진행할 수밖에 없고, 이 경우 소송비용과 법정 지연손해금(연 12%)까지 부담하게 될 수 있음을 알려 드립니다.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보내는 사람  홍길동  (서명 또는 날인)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내용증명(대여금 반환 요구)</dc:title>
  <dc:subject/>
  <dc:creator>로페이퍼(LawPaper)</dc:creator>
  <cp:keywords/>
  <dc:description>로페이퍼 서식 – https://lawpaper.co.kr/forms/certified-mail/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