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고  발  장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1. 고발인</w:t>
      </w:r>
    </w:p>
    <w:p>
      <w:r>
        <w:rPr>
          <w:b w:val="0"/>
        </w:rPr>
        <w:t>성명  홍길동          주민등록번호  000000-0******</w:t>
      </w:r>
    </w:p>
    <w:p>
      <w:r>
        <w:rPr>
          <w:b w:val="0"/>
        </w:rPr>
        <w:t>주소  주소            전화  010-0000-0000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2. 피고발인</w:t>
      </w:r>
    </w:p>
    <w:p>
      <w:r>
        <w:rPr>
          <w:b w:val="0"/>
        </w:rPr>
        <w:t>성명  김철수          (또는 상호 ○○업체, 대표 ○○○)</w:t>
      </w:r>
    </w:p>
    <w:p>
      <w:r>
        <w:rPr>
          <w:b w:val="0"/>
        </w:rPr>
        <w:t>주소  주소            전화  아는 경우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3. 고발취지</w:t>
      </w:r>
    </w:p>
    <w:p>
      <w:r>
        <w:rPr>
          <w:b w:val="0"/>
        </w:rPr>
        <w:t>고발인은 피고발인을 폐기물관리법 위반죄로 고발하오니 처벌하여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4. 범죄사실</w:t>
      </w:r>
    </w:p>
    <w:p>
      <w:r>
        <w:rPr>
          <w:b w:val="0"/>
        </w:rPr>
        <w:t>피고발인은 2026. 8.경부터 2026. 9.경까지 경기 ○○시 ○○리 000 소재 공터에 건설 폐기물 약 ○톤을 허가 없이 버렸다.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5. 고발이유</w:t>
      </w:r>
    </w:p>
    <w:p>
      <w:r>
        <w:rPr>
          <w:b w:val="0"/>
        </w:rPr>
        <w:t>고발인은 인근 주민으로서 위 기간 동안 여러 차례 덤프트럭이 폐기물을 버리는 장면을 목격하고 촬영하였습니다. 악취와 침출수로 주민 피해가 계속되고 있어 고발합니다.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6. 증거자료</w:t>
      </w:r>
    </w:p>
    <w:p>
      <w:r>
        <w:rPr>
          <w:b w:val="0"/>
        </w:rPr>
        <w:t>1. 현장 사진 및 동영상 캡처</w:t>
      </w:r>
    </w:p>
    <w:p>
      <w:r>
        <w:rPr>
          <w:b w:val="0"/>
        </w:rPr>
        <w:t>2. 차량 번호 확인 사진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7. 기타</w:t>
      </w:r>
    </w:p>
    <w:p>
      <w:r>
        <w:rPr>
          <w:b w:val="0"/>
        </w:rPr>
        <w:t>본 고발장에 기재한 내용은 고발인이 알고 있는 사실대로 작성하였으며, 허위로 고발하였을 때에는 무고죄로 처벌받을 것임을 서약합니다.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고발인  홍길동  (서명 또는 날인)</w:t>
      </w:r>
    </w:p>
    <w:p>
      <w:r>
        <w:rPr>
          <w:b w:val="0"/>
        </w:rPr>
      </w:r>
    </w:p>
    <w:p>
      <w:r>
        <w:rPr>
          <w:b w:val="0"/>
        </w:rPr>
        <w:t>○○경찰서장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고발장</dc:title>
  <dc:subject/>
  <dc:creator>로페이퍼(LawPaper)</dc:creator>
  <cp:keywords/>
  <dc:description>로페이퍼 서식 – https://lawpaper.co.kr/forms/accusation/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